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sz w:val="18"/>
        </w:rPr>
        <w:t>section1983.org sample document. Educational template, not legal advice, not verified for your court. Replace every bracketed item. Check your district's local rules and your judge's standing orders before filing. Downloaded from https://www.section1983.org/downloads/</w:t>
      </w:r>
    </w:p>
    <w:p/>
    <w:p>
      <w:r>
        <w:t>UNITED STATES DISTRICT COURT</w:t>
      </w:r>
    </w:p>
    <w:p>
      <w:r>
        <w:t>FOR THE [DISTRICT]</w:t>
      </w:r>
    </w:p>
    <w:p>
      <w:r>
        <w:t>[DIVISION]</w:t>
      </w:r>
    </w:p>
    <w:p/>
    <w:p>
      <w:r>
        <w:t>[YOUR NAME],                                   )</w:t>
      </w:r>
    </w:p>
    <w:p>
      <w:r>
        <w:t xml:space="preserve">                                               )</w:t>
      </w:r>
    </w:p>
    <w:p>
      <w:r>
        <w:t xml:space="preserve">       Plaintiff,                              )</w:t>
      </w:r>
    </w:p>
    <w:p>
      <w:r>
        <w:t xml:space="preserve">                                               )</w:t>
      </w:r>
    </w:p>
    <w:p>
      <w:r>
        <w:t>v.                                             )      Civil Action No. [__________]</w:t>
      </w:r>
    </w:p>
    <w:p>
      <w:r>
        <w:t xml:space="preserve">                                               )</w:t>
      </w:r>
    </w:p>
    <w:p>
      <w:r>
        <w:t>OFFICER JANE MARTINEZ, et al.,                 )</w:t>
      </w:r>
    </w:p>
    <w:p>
      <w:r>
        <w:t xml:space="preserve">                                               )</w:t>
      </w:r>
    </w:p>
    <w:p>
      <w:r>
        <w:t xml:space="preserve">       Defendants.                             )</w:t>
      </w:r>
    </w:p>
    <w:p/>
    <w:p>
      <w:r>
        <w:t>PLAINTIFF'S UNOPPOSED MOTION FOR EXTENSION OF TIME</w:t>
      </w:r>
    </w:p>
    <w:p>
      <w:r>
        <w:t>TO RESPOND TO DEFENDANTS' MOTION TO DISMISS</w:t>
      </w:r>
    </w:p>
    <w:p/>
    <w:p>
      <w:r>
        <w:t>Plaintiff [Your Name], proceeding without a lawyer, asks the Court to extend the</w:t>
      </w:r>
    </w:p>
    <w:p>
      <w:r>
        <w:t>deadline to respond to Defendants' Motion to Dismiss (Dkt. [__]) from [current</w:t>
      </w:r>
    </w:p>
    <w:p>
      <w:r>
        <w:t>date] to [requested date]. Plaintiff states:</w:t>
      </w:r>
    </w:p>
    <w:p/>
    <w:p>
      <w:r>
        <w:t>1. Defendants filed their Motion to Dismiss on [date]. Dkt. [__]. Under Local</w:t>
      </w:r>
    </w:p>
    <w:p>
      <w:r>
        <w:t xml:space="preserve">   Rule [__], Plaintiff's response is due [current date].</w:t>
      </w:r>
    </w:p>
    <w:p/>
    <w:p>
      <w:r>
        <w:t>2. This is Plaintiff's first request to extend this deadline.</w:t>
      </w:r>
    </w:p>
    <w:p/>
    <w:p>
      <w:r>
        <w:t>3. Defendants' motion is [__] pages and attaches a [__]-page appendix. It raises</w:t>
      </w:r>
    </w:p>
    <w:p>
      <w:r>
        <w:t xml:space="preserve">   qualified immunity for [number] individual defendants and cites [number]</w:t>
      </w:r>
    </w:p>
    <w:p>
      <w:r>
        <w:t xml:space="preserve">   cases. Plaintiff needs additional time to review the appendix, research the</w:t>
      </w:r>
    </w:p>
    <w:p>
      <w:r>
        <w:t xml:space="preserve">   cited authority, and prepare a response that addresses each ground.</w:t>
      </w:r>
    </w:p>
    <w:p/>
    <w:p>
      <w:r>
        <w:t>4. Plaintiff asks for [number] additional days, to [requested date]. Plaintiff</w:t>
      </w:r>
    </w:p>
    <w:p>
      <w:r>
        <w:t xml:space="preserve">   believes this is the full amount of time needed and does not anticipate a</w:t>
      </w:r>
    </w:p>
    <w:p>
      <w:r>
        <w:t xml:space="preserve">   second request.</w:t>
      </w:r>
    </w:p>
    <w:p/>
    <w:p>
      <w:r>
        <w:t>5. On [date], Plaintiff contacted Defendants' counsel, [name], by [email or</w:t>
      </w:r>
    </w:p>
    <w:p>
      <w:r>
        <w:t xml:space="preserve">   phone]. Counsel stated that Defendants do not oppose this request.</w:t>
      </w:r>
    </w:p>
    <w:p/>
    <w:p>
      <w:r>
        <w:t>6. No scheduling order has been entered. The extension will not affect any</w:t>
      </w:r>
    </w:p>
    <w:p>
      <w:r>
        <w:t xml:space="preserve">   other deadline or the trial setting.</w:t>
      </w:r>
    </w:p>
    <w:p/>
    <w:p>
      <w:r>
        <w:t>For these reasons, Plaintiff asks the Court to extend the deadline to respond to</w:t>
      </w:r>
    </w:p>
    <w:p>
      <w:r>
        <w:t>Defendants' Motion to Dismiss to [requested date]. A proposed order is attached.</w:t>
      </w:r>
    </w:p>
    <w:p/>
    <w:p>
      <w:r>
        <w:t>Dated: [date]                          Respectfully submitted,</w:t>
      </w:r>
    </w:p>
    <w:p/>
    <w:p>
      <w:r>
        <w:t xml:space="preserve">                                       ______________________________</w:t>
      </w:r>
    </w:p>
    <w:p>
      <w:r>
        <w:t xml:space="preserve">                                       [Your Name]</w:t>
      </w:r>
    </w:p>
    <w:p>
      <w:r>
        <w:t xml:space="preserve">                                       Plaintiff, pro se</w:t>
      </w:r>
    </w:p>
    <w:p>
      <w:r>
        <w:t xml:space="preserve">                                       [Street address]</w:t>
      </w:r>
    </w:p>
    <w:p>
      <w:r>
        <w:t xml:space="preserve">                                       [City, State ZIP]</w:t>
      </w:r>
    </w:p>
    <w:p>
      <w:r>
        <w:t xml:space="preserve">                                       [Telephone]</w:t>
      </w:r>
    </w:p>
    <w:p>
      <w:r>
        <w:t xml:space="preserve">                                       [Email]</w:t>
      </w:r>
    </w:p>
    <w:p/>
    <w:p>
      <w:r>
        <w:t>CERTIFICATE OF CONFERENCE</w:t>
      </w:r>
    </w:p>
    <w:p/>
    <w:p>
      <w:r>
        <w:t>On [date], I conferred with [name], counsel for Defendants, by [email or</w:t>
      </w:r>
    </w:p>
    <w:p>
      <w:r>
        <w:t>telephone] about the relief requested in this motion. Counsel stated that</w:t>
      </w:r>
    </w:p>
    <w:p>
      <w:r>
        <w:t>Defendants [do not oppose / oppose] the motion.</w:t>
      </w:r>
    </w:p>
    <w:p/>
    <w:p>
      <w:r>
        <w:t xml:space="preserve">                                       ______________________________</w:t>
      </w:r>
    </w:p>
    <w:p>
      <w:r>
        <w:t xml:space="preserve">                                       [Your Name]</w:t>
      </w:r>
    </w:p>
    <w:p/>
    <w:p>
      <w:r>
        <w:t>CERTIFICATE OF SERVICE</w:t>
      </w:r>
    </w:p>
    <w:p/>
    <w:p>
      <w:r>
        <w:t>On [date], I served this motion and the proposed order on all counsel of record</w:t>
      </w:r>
    </w:p>
    <w:p>
      <w:r>
        <w:t>by [the Court's electronic filing system / email to counsel's address of record</w:t>
      </w:r>
    </w:p>
    <w:p>
      <w:r>
        <w:t>/ first-class mail to the address below].</w:t>
      </w:r>
    </w:p>
    <w:p/>
    <w:p>
      <w:r>
        <w:t>[Counsel name]</w:t>
      </w:r>
    </w:p>
    <w:p>
      <w:r>
        <w:t>[Firm]</w:t>
      </w:r>
    </w:p>
    <w:p>
      <w:r>
        <w:t>[Address]</w:t>
      </w:r>
    </w:p>
    <w:p/>
    <w:p>
      <w:r>
        <w:t xml:space="preserve">                                       ______________________________</w:t>
      </w:r>
    </w:p>
    <w:p>
      <w:r>
        <w:t xml:space="preserve">                                       [Your Name]</w:t>
      </w:r>
    </w:p>
    <w:p/>
    <w:p>
      <w:r>
        <w:t>UNITED STATES DISTRICT COURT</w:t>
      </w:r>
    </w:p>
    <w:p>
      <w:r>
        <w:t>FOR THE [DISTRICT]</w:t>
      </w:r>
    </w:p>
    <w:p>
      <w:r>
        <w:t>[DIVISION]</w:t>
      </w:r>
    </w:p>
    <w:p/>
    <w:p>
      <w:r>
        <w:t>[YOUR NAME],                                   )</w:t>
      </w:r>
    </w:p>
    <w:p>
      <w:r>
        <w:t xml:space="preserve">                                               )</w:t>
      </w:r>
    </w:p>
    <w:p>
      <w:r>
        <w:t xml:space="preserve">       Plaintiff,                              )</w:t>
      </w:r>
    </w:p>
    <w:p>
      <w:r>
        <w:t xml:space="preserve">                                               )</w:t>
      </w:r>
    </w:p>
    <w:p>
      <w:r>
        <w:t>v.                                             )      Civil Action No. [__________]</w:t>
      </w:r>
    </w:p>
    <w:p>
      <w:r>
        <w:t xml:space="preserve">                                               )</w:t>
      </w:r>
    </w:p>
    <w:p>
      <w:r>
        <w:t>OFFICER JANE MARTINEZ, et al.,                 )</w:t>
      </w:r>
    </w:p>
    <w:p>
      <w:r>
        <w:t xml:space="preserve">                                               )</w:t>
      </w:r>
    </w:p>
    <w:p>
      <w:r>
        <w:t xml:space="preserve">       Defendants.                             )</w:t>
      </w:r>
    </w:p>
    <w:p/>
    <w:p>
      <w:r>
        <w:t>ORDER</w:t>
      </w:r>
    </w:p>
    <w:p/>
    <w:p>
      <w:r>
        <w:t>Before the Court is Plaintiff's Unopposed Motion for Extension of Time to Respond</w:t>
      </w:r>
    </w:p>
    <w:p>
      <w:r>
        <w:t>to Defendants' Motion to Dismiss. The motion is GRANTED. Plaintiff shall file a</w:t>
      </w:r>
    </w:p>
    <w:p>
      <w:r>
        <w:t>response to Defendants' Motion to Dismiss (Dkt. [__]) on or before [requested</w:t>
      </w:r>
    </w:p>
    <w:p>
      <w:r>
        <w:t>date].</w:t>
      </w:r>
    </w:p>
    <w:p/>
    <w:p>
      <w:r>
        <w:t>SO ORDERED.</w:t>
      </w:r>
    </w:p>
    <w:p/>
    <w:p>
      <w:r>
        <w:t>Dated: ________________               ______________________________</w:t>
      </w:r>
    </w:p>
    <w:p>
      <w:r>
        <w:t xml:space="preserve">                                       UNITED STATES [DISTRICT / MAGISTRATE] JUDGE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Courier New" w:hAnsi="Courier New"/>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